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PENGADAAN BARANG/JASA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B.10.400.3/4506/SMKN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Sekolah/Tim BOSP/Bendahara/PBJ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Pelaksana 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Dokumen 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pengadaan barang/jasa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Spesifikasi + RKAS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Tetapkan kebutuhan dan spesifikasi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Perencanaan, Unit Kerja,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Usulan kebutuhan, KAK/TOR atau spesifikasi teknis, jumlah/volume, standar mutu, kebutuhan program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kebutuhan dan spesifikasi barang/jasa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Cek 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Bendahara, Tim Perencanaan/Pengelola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yang disahkan, pagu anggaran, kode rekening, ketersediaan dana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kebutuhan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Konfirmasi ketersediaan anggaran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Pilih metode/penyedia sesuai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Pejabat/Tim yang berwenang sesuai ketentuan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kebutuhan, anggaran tersedia, ketentuan/metode pengadaan, informasi calon penyedia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pemesanan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Metode pengadaan dan penyedia yang ditetapkan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Lakukan pemesanan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Pejabat/Tim Pengadaan atau PIC yang ditunjuk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Pesanan/surat pesanan/kontrak sesuai kebutuhan, spesifikasi, jumlah, harga, dan ketentuan pembayaran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penyedia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pesanan/kontrak/bukti pemesanan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Terima dan periksa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PIC/Penerima Barang, Penanggung Jawab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 yang diterima, surat pesanan/kontrak, spesifikasi, jumlah, kondisi, dokumen pengiriman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 diterima sesuai spesifikasi + berita acara/serah terima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Dokumentasikan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Bendahara/Pengelola Keuangan, PIC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Nota/invoice, kuitansi, faktur, BAST, dokumentasi kegiatan/barang, dokumen pendukung lainnya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Paket dokumen pertanggungjawaban lengkap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Bayar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Bendahara/Pengelola Keuangan sesuai kewenangan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transaksi lengkap dan sah, bukti penerimaan/BAST, invoice/kuitansi, persetujuan pembayaran, rekening penyedia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dokumen dinyatakan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pembayaran/transfer dan pencatatan transaksi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