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MANAJEMEN ARSIP DAN AUDIT TRAIL BOSP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B.10.400.3/4519/SMKN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 BOSP, Pengelola Arsip, Operator, Administrator Sistem.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Bendahara, Ketua SPMI, Pengelola Arsip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Register arsip dan audit trail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manajemen arsip dan audit trail BOSP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• Seluruh bukti transaksi • RKAS/ARKAS yang berlaku • Bukti transaksi/dokumen pendukung sesuai proses •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Klasifikasikan Dokumen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BOSP, Pengelola Arsip, Ketua Tim SPMI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perencanaan, pelaksanaan, pembukuan, pengadaan SIPLah, pembayaran, pelaporan, dan dokumen pendukung lainnya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Setiap dokumen diterima dan maksimal 1 hari setelah dokumen lengkap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terklasifikasi berdasarkan jenis belanja, sumber dana, periode triwulan, dan nomor urut SPJ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Beri Nomor dan Indeks Arsip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 / Pengelola Arsip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Buku register dokumen, kode klasifikasi arsip, nomor transaksi SPJ, label map fisik dan metadata folder digital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Maksimal 1 hari setelah klasifikasi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memiliki nomor dan indeks unik yang terhubung dengan BKU serta mudah ditelusuri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Simpan Fisik dan Digital (Dual Repository)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Pengelola Arsip, Bendahara BOSP, Operator Sistem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Filling cabinet / ordner anti-lembab, struktur folder server sekolah / cloud drive terenkripsi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dokumen diverifikasi dan diindeks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 fisik tersusun rapi di ruang arsip dan salinan digital tersimpan di server portal arsip digital sekolah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Batasi Hak Akses dan Pengamanan Data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 / Penanggung Jawab BOSP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Matriks hak akses (role permission), autentikasi password pimpinan/bendahara, kunci pengaman ruang arsip fisik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Selama dokumen dan data tersimpan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Akses dokumen BOSP terlindungi dari manipulasi, kerusakan, dan kebocoran data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Pencadangan (Backup) Digital Berkala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BOSP / Operator Sekolah / Pengelola TI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Media penyimpanan cadangan eksternal (NAS/Cloud Backup), log pencadangan, verifikasi integritas checksum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Berkala setiap akhir bulan dan setelah perubahan data penting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Tersedia salinan cadangan berkala yang teruji siap dipulihkan (disaster recovery ready)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Siapkan Paket Dokumen Pemeriksaan (Audit Trail)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Sekolah, Bendahara BOSP, Tim Pemeriksa Internal/Eksternal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RKAS/ARKAS, laporan realisasi, BKU, buku pembantu, kuitansi bukti bayar, faktur/Pajak, BAST, dan foto kegiatan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Sebelum pemeriksaan dan sesuai permintaan tim pemeriksa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Paket audit trail BOSP tersusun sistematis, lengkap lampiran, dan dapat ditelusuri dalam hitungan menit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Retensi dan Pemeliharaan Arsip Sesuai Regulasi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Kepala Sekolah / Pengelola Arsip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Jadwal Retensi Arsip (JRA) keuangan minimal 5-10 tahun, daftar arsip inaktif, berita acara pemindahan/penyusutan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ketentuan retensi dokumen pertanggungjawaban keuangan negara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 terpelihara dengan aman sampai batas retensi kedaluwarsa sesuai ketentuan hukum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Kelengkapan Berkas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fisik kuitansi, faktur, BAST, dan bukti setor bank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 tidak lengkap sehingga gugur saat pemeriksaan audit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Keterlacakan Indeks (Traceability)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Nomor register arsip cocok dengan nomor BKU dan transaksi 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hilang atau tercecer saat diminta BPK/Inspektorat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Integritas &amp; Keaslian Bukti Fisik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Tanda tangan asli, cap stempel basah rekanan, dan keaslian meterai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Pemalsuan bukti transaksi atau duplikasi SPJ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Keamanan Akses Repositori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Buku log peminjaman arsip fisik dan access-log server digital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Akses tanpa izin, perubahan dokumen sepihak, atau kebocoran dokumen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Keberadaan Salinan Cadangan (Backup)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Log sinkronisasi cadangan di cloud/storage terpisah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Kehilangan data akibat bencana fisik (kebakaran/banjir/rusak)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Kecepatan Penyajian Data Pemeriksaan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Simulasi uji petik penarikan 5 SPJ acak dalam waktu &lt; 10 menit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Keterlambatan pemenuhan permintaan dokumen oleh auditor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Kepatuhan Masa Retensi Dokumen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arsip aktif dan inaktif yang disimpan minimal 5 tahun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Pemusnahan dini dokumen keuangan yang belum kedaluwarsa hukum</w:t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