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PELAPORAN BOSP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B.10.400.3/4515/SMKN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Bendahara/Tim BOSP/PBJ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Laporan realisasi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pelaporan bosp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BKU, ARKAS, bukti transaksi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Kumpulkan data realisasi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Bendahara/Tim BOSP Pendukung: PBJ/Unit terkait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BKU; ARKAS; RKAS/ARKAS yang berlaku; bukti transaksi; dokumen pendukung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2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Data realisasi dan paket dokumen transaksi terkumpul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Rekonsiliasi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Bendahara/Tim BOSP Pendukung: Operator/Tim terkait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Data BKU; ARKAS; bukti transaksi; data realisasi; kertas kerja rekonsiliasi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2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rekonsiliasi dan catatan selisih bila ada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Review kelengkapan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Tim BOSP Reviewer: Kepala Satuan Pendidikan/pejabat yang ditetapkan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Checklist pemeriksaan; BKU; ARKAS; bukti transaksi; dokumen pendukung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Checklist review dan rekomendasi/perbaikan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Susun laporan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Bendahara/Tim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rekonsiliasi; hasil review; data realisasi; format pelaporan yang berlaku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Draft/final laporan realisasi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Input/submit melalui sistem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Bendahara/Operator/Tim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Laporan final; akses sistem; dokumen pendukung; hasil review/persetujuan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Sesuai batas waktu pelaporan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input/submit dan laporan tersampaikan melalui sistem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Simpan bukti penyampaian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Bendahara/Tim BOSP Pendukung: Administrasi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submit; laporan realisasi; checklist; paket dokumen transaksi; register arsip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 setelah submit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arsip/audit trail dan paket dokumen pelaporan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pelaporan dengan RKAS/ARKAS dan transaksi yang direalisasikan.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kerja; RKAS/ARKAS; BKU; data/transaksi realisasi.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Risiko ketidaksesuaian laporan dengan perencanaan dan realisasi, termasuk kesalahan atau perbedaan data yang dilaporkan.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 dan persetujuan atas pelaporan dilakukan oleh pihak yang berwenang.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Tanda tangan/persetujuan; log sistem; bukti otorisasi.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Risiko pelaporan tanpa persetujuan atau otorisasi yang sah, serta pelaporan yang dilakukan oleh pihak yang tidak berwenang.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 dapat dibuktikan dan sesuai dengan kegiatan/barang/jasa yang dilaporkan.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Barang/jasa; BAST; invoice/bukti transaksi; dokumentasi kegiatan.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Risiko transaksi fiktif atau tidak terjadi, serta ketidaksesuaian antara transaksi yang dilaporkan dengan kegiatan, barang, atau jasa yang sebenarnya.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Nilai transaksi yang dilaporkan wajar dan didukung bukti yang memadai.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Invoice; rincian nilai; pembanding/standar biaya bila relevan.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Risiko kesalahan nilai transaksi atau penggelembungan nilai, serta pelaporan nilai yang tidak didukung bukti yang memadai.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Kewajiban pajak dipenuhi untuk transaksi yang terutang pajak.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potong; bukti setor pajak bila terutang.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Risiko kewajiban pajak tidak dipenuhi, salah perhitungan, atau tidak tersedianya bukti pemenuhan kewajiban perpajakan.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 dalam BKU, buku pembantu, dan/atau ARKAS konsisten dengan laporan.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BKU; buku pembantu; ARKAS; rekonsiliasi/catatan perbedaan.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Risiko ketidakkonsistenan pencatatan dan pelaporan, perbedaan saldo/data, serta kesalahan dalam penyajian laporan.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pelaporan dan transaksi diarsipkan lengkap serta dapat ditelusuri.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arsip; laporan realisasi; checklist; paket dokumen transaksi; audit trail.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Risiko dokumen hilang atau tidak lengkap, kesulitan penelusuran transaksi, serta tidak memadainya bukti pertanggungjawaban saat pemeriksaan/audit.</w:t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