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PENGELOLAAN ASET/HASIL BELANJA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B.10.400.3/4514/SMKN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Bendahara/Sarpras/PBJ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Pengurus barang/PJ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Daftar inventaris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pengelolaan aset/hasil belanja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BAST + invoice RKAS/ARKAS yang berlaku Bukti transaksi/dokumen pendukung sesuai proses Ketentuan teknis pemerintah daerah dan regulasi terkait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Identifikasi barang yang menjadi aset/persediaan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Pengurus Barang/PJ Pendukung: Tim BOSP/Bendahara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BAST + invoice; RKAS/ARKAS yang berlaku; bukti transaksi/dokumen pendukung; ketentuan teknis yang relevan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barang yang teridentifikasi sebagai aset/persediaan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Periksa dokumen penerimaan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Pengurus Barang/PJ Pendukung: Bendahara/PBJ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BAST; invoice; bukti transaksi; kesesuaian barang dengan dokumen penerimaan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Hasil pemeriksaan/validasi dokumen penerimaan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Label/catat bila diperlukan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Pengurus Barang/PJ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 yang telah diterima; hasil pemeriksaan; data inventaris; identitas/kode barang bila diperlukan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Maks. 1 hari kerja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 diberi label dan/atau tercatat dalam daftar inventaris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Simpan dan distribusikan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Pengurus Barang/PJ Pendukung: Unit/Pengelola barang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 yang telah diperiksa dan dicatat; dokumen distribusi bila diperlukan; bukti serah terima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Sesuai kebutuhan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 tersimpan atau terdistribusi dengan bukti serah terima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Inventarisasi berkala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PIC: Pengurus Barang/PJ Reviewer: Kepala Sekolah/Tim terkait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inventaris; kondisi fisik barang; hasil stock opname; dokumen mutasi/serah terima bila ada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Berkala sesuai jadwal sekolah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inventaris terkini; checklist pemeriksaan internal; hasil inventarisasi/stock opname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 hasil belanja telah diidentifikasi dan ditentukan apakah termasuk aset atau persediaan.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barang hasil belanja; RKAS/ARKAS yang berlaku; dokumen transaksi; spesifikasi/kontrak bila ada.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salah klasifikasi barang, barang tidak tercatat sesuai jenisnya, serta ketidaksesuaian antara barang hasil belanja dengan perencanaan/pengadaan.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Dokumen penerimaan telah diperiksa dan barang yang diterima sesuai dengan dokumen pendukung.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BAST; invoice; bukti transaksi; dokumen pendukung penerimaan lainnya.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barang diterima tidak sesuai pesanan/dokumen, jumlah atau spesifikasi tidak sesuai, serta penerimaan barang tanpa bukti yang memadai.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 yang termasuk aset telah diberi label/nomor inventaris dan dicatat dalam administrasi inventaris.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Label/nomor inventaris; buku inventaris/buku pembantu; data pencatatan atau input ARKAS bila diperlukan.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aset tidak teridentifikasi dan tidak tercatat, sulit ditelusuri keberadaannya, serta berpotensi terjadi kehilangan atau kesalahan pencatatan.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 telah disimpan pada tempat yang aman dan distribusi kepada unit/pihak pengguna didukung bukti serah terima.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Berita acara serah terima; daftar penerima barang; dokumentasi distribusi bila diperlukan.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kehilangan, kerusakan, atau penyalahgunaan barang, serta distribusi barang yang tidak dapat dipertanggungjawabkan karena tidak didukung bukti serah terima.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Inventarisasi dilakukan secara berkala dengan mencocokkan kondisi fisik barang dengan data inventaris.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Daftar inventaris terkini; laporan hasil inventarisasi; dokumentasi/checklist pemeriksaan fisik.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Risiko ketidaksesuaian antara kondisi fisik dan data inventaris, aset hilang/tidak ditemukan, serta data inventaris yang tidak diperbarui.</w:t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